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🌍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4B2BA8"/>
          <w:sz w:val="48"/>
          <w:rtl/>
          <w:szCs w:val="48"/>
          <w:bCs/>
        </w:rPr>
        <w:t>🛂 דרכון המסע הגלובלי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חדר בריחה בגלובליזציה · רמה חנ״מ · דף עבודה לתלמיד/ה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יש 8 תחנות 🚩. בכל תחנה יש מנעול 🔒. קראו ובחרו תשובה ✅. כל מנעול נותן אות 🔤. בסוף יש מילה סודית! 🎉</w:t>
      </w:r>
    </w:p>
    <w:p>
      <w:pPr>
        <w:bidi/>
        <w:jc w:val="center"/>
      </w:pPr>
      <w:r>
        <w:drawing>
          <wp:inline xmlns:a="http://schemas.openxmlformats.org/drawingml/2006/main" xmlns:pic="http://schemas.openxmlformats.org/drawingml/2006/picture">
            <wp:extent cx="5760000" cy="3035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outemap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035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חלק א׳ – המסע (8 תחנות)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שחקו בחדר הבריחה באתר. בכל תחנה ענו גם כאן, וכתבו את האות שקיבלתם.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תחנה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מקום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מושג התחנה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 שדה הכותנה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הודו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חומר גלם 🌱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🧵 המטווייה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וייטנאם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טוויה 🧵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🪡 מפעל התפירה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וייטנאם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מפעל 🏭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⚓ הנמל והמכולה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נמל הו צ׳י מין סיטי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מכולה 📦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🌊 נתיבי השיט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מווייטנאם דרך תעלת סואץ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תעלה 🛳️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📦 מרכז ההפצה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נמל חיפה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משלוח 🚚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🛍️ הקנייה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ישראל – חנות או קנייה ברשת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קנייה נבונה 🛒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♻️ שימוש ומחזור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הבית ופח המחזור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מחזור ♻️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1. 🌱 שדה הכותנה – הודו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איפה הודו? 🗺️ לחצו על הודו. (הקיפו את שם המקום)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אוסטרליה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אפריקה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הודו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🔑 האות שקיבלתי בתחנה: ☐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2. 🧵 המטווייה – וייטנאם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ממה עושים חוט? 🧵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מכותנה 🌱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ממים 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מאבן 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🔑 האות שקיבלתי בתחנה: ☐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3. 🪡 מפעל התפירה – וייטנאם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מי תופרים את החולצה? 🪡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עובדות ועובדים במפעל 👩‍🏭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החנות 🏬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האונייה 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🔑 האות שקיבלתי בתחנה: ☐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4. ⚓ הנמל והמכולה – נמל הו צ׳י מין סיטי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מה זאת מכולה? 📦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קופסת ברזל גדולה לסחורה 📦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סוג של חולצה 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שם של ים 🌊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🔑 האות שקיבלתי בתחנה: ☐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5. 🌊 נתיבי השיט – מווייטנאם דרך תעלת סואץ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איפה תעלת סואץ? 🗺️ לחצו עליה. (הקיפו את שם המקום)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תעלת סואץ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תעלת פנמה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מצר מלאכה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כף התקווה הטובה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🔑 האות שקיבלתי בתחנה: ☐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6. 📦 מרכז ההפצה – נמל חיפה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לאיזה נמל הגיעה האונייה? 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נמל חיפה 🇮🇱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נמל בהודו 🇮🇳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נמל בווייטנאם 🇻🇳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🔑 האות שקיבלתי בתחנה: ☐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7. 🛍️ הקנייה – ישראל – חנות או קנייה ברשת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מה קנייה נבונה? 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לקנות רק מה שצריך 👍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לקנות 10 חולצות 🛍️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ללבוש פעם אחת ולזרוק 🗑️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🔑 האות שקיבלתי בתחנה: ☐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8. ♻️ שימוש ומחזור – הבית ופח המחזור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8. החולצה קטנה. מה כדאי לעשות? 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לתת למישהו או למחזר ♻️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לזרוק לפח רגיל 🗑️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לשרוף אותה 🔥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🔑 האות שקיבלתי בתחנה: ☐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חלק ב׳ – מושגים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קראו. מתחו קו בין מושג להסבר.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מושג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כותנה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•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 צמח שעושים ממנו בד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חוט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•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🏭 מקום שמייצרים בו דברים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מפעל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•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📦 קופסת ברזל גדולה לסחורה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מכולה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•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🛳️ דרך מים שחפרו אנשים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נמל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•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⚓ מקום שאוניות עוצרות בו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תעלה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•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🧵 עושים אותו מכותנה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חלק ג׳ – דילמה, קוד ורפלקציה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⚖️ חולצה מרחוק – טוב או לא? 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🅰️ טוב 👍</w:t>
            </w:r>
          </w:p>
        </w:tc>
        <w:tc>
          <w:tcPr>
            <w:tcW w:type="dxa" w:w="5213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🅱️ לא כל כך 👎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אנשים מקבלים עבודה 👷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האונייה מזהמת 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החולצה זולה יותר 💰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הכותנה שותה המון מים 💧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מכירים דברים מכל העולם 🌍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התופרים מקבלים מעט כסף 😕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הבחירה שלי: ☐ 🅰️   ☐ 🅱️   ונימוק: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🚪 הקוד הסופי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האותיות שאספתי: ___ ___ ___ ___ ___ ___ ___ 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הקוד (3 + 5 אותיות): ____ ____ ____    ____ ____ ____ ____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🪞 רפלקציה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הכי הפתיע אתכם? 😮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תעשו עם בגד קטן? 👕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 אתם אוהבים ללבוש? 💙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 – שם: 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גלובליזציה היא...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חוליה אחת בשרשרת האספקה של החולצה ומקומה במפה: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צעד אחד שלי כצרכן/ית גלובלי/ת נבון/ה: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2.jp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דרכון המסע הגלובלי – רמה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