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jc w:val="right"/>
      </w:pPr>
    </w:p>
    <w:p>
      <w:pPr>
        <w:bidi/>
        <w:jc w:val="center"/>
      </w:pPr>
      <w:r>
        <w:rPr>
          <w:rFonts w:ascii="Arial" w:hAnsi="Arial" w:cs="Arial"/>
          <w:sz w:val="80"/>
          <w:rtl/>
          <w:szCs w:val="80"/>
        </w:rPr>
        <w:t>🌍</w:t>
      </w:r>
    </w:p>
    <w:p>
      <w:pPr>
        <w:bidi/>
        <w:pStyle w:val="Title"/>
        <w:jc w:val="center"/>
      </w:pPr>
      <w:r>
        <w:rPr>
          <w:rFonts w:ascii="Arial" w:hAnsi="Arial" w:cs="Arial"/>
          <w:b/>
          <w:color w:val="4B2BA8"/>
          <w:sz w:val="48"/>
          <w:rtl/>
          <w:szCs w:val="48"/>
          <w:bCs/>
        </w:rPr>
        <w:t>🛂 דרכון המסע הגלובלי</w:t>
      </w:r>
    </w:p>
    <w:p>
      <w:pPr>
        <w:bidi/>
        <w:jc w:val="center"/>
      </w:pPr>
      <w:r>
        <w:rPr>
          <w:rFonts w:ascii="Arial" w:hAnsi="Arial" w:cs="Arial"/>
          <w:color w:val="555577"/>
          <w:sz w:val="28"/>
          <w:rtl/>
          <w:szCs w:val="28"/>
        </w:rPr>
        <w:t>חדר בריחה בגלובליזציה · רמה עולים · דף עבודה לתלמיד/ה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קראו את היומן של מיקה. בכל תחנה יש מנעול. פתרו את המנעול וקבלו אות. שמונה אותיות הן הקוד הסופי. עבדו יחד בקבוצה.</w:t>
      </w:r>
    </w:p>
    <w:p>
      <w:pPr>
        <w:bidi/>
        <w:jc w:val="center"/>
      </w:pPr>
      <w:r>
        <w:drawing>
          <wp:inline xmlns:a="http://schemas.openxmlformats.org/drawingml/2006/main" xmlns:pic="http://schemas.openxmlformats.org/drawingml/2006/picture">
            <wp:extent cx="5760000" cy="303552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routemap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303552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br w:type="page"/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4B2BA8"/>
          <w:sz w:val="40"/>
          <w:rtl/>
          <w:szCs w:val="40"/>
          <w:bCs/>
        </w:rPr>
        <w:t>חלק א׳ – המסע (8 תחנות)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שחקו בחדר הבריחה באתר. בכל תחנה ענו גם כאן, וכתבו את האות שקיבלתם.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E5D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תחנה</w:t>
            </w:r>
          </w:p>
        </w:tc>
        <w:tc>
          <w:tcPr>
            <w:tcW w:type="dxa" w:w="2606"/>
            <w:shd w:val="clear" w:fill="E5D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מקום</w:t>
            </w:r>
          </w:p>
        </w:tc>
        <w:tc>
          <w:tcPr>
            <w:tcW w:type="dxa" w:w="2606"/>
            <w:shd w:val="clear" w:fill="E5D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מושג התחנה</w:t>
            </w:r>
          </w:p>
        </w:tc>
        <w:tc>
          <w:tcPr>
            <w:tcW w:type="dxa" w:w="2606"/>
            <w:shd w:val="clear" w:fill="E5D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האות שלי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🌱 שדה הכותנה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הודו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חומר גלם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☐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🧵 המטווייה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וייטנאם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יתרון יחסי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☐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🪡 מפעל התפירה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וייטנאם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מיקור חוץ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☐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⚓ הנמל והמכולה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נמל הו צ׳י מין סיטי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מכולה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☐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🌊 נתיבי השיט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ים סין הדרומי → מצר מלאכה → האוקיינוס ההודי → ים סוף → תעלת סואץ → הים התיכון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מצר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☐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📦 מרכז ההפצה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נמל חיפה → מרכז הפצה בישראל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שרשרת אספקה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☐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🛍️ הקנייה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ישראל – חנות / קנייה ברשת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אופנה מהירה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☐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♻️ שימוש ומחזור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הבית, פח המחזור, חנות יד שנייה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טביעת רגל פחמנית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☐</w:t>
            </w:r>
          </w:p>
        </w:tc>
      </w:tr>
    </w:tbl>
    <w:p>
      <w:pPr>
        <w:bidi/>
        <w:jc w:val="right"/>
      </w:pP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1. 🌱 שדה הכותנה – הודו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1. איפה גדלה הכותנה? לחצו על הודו במפה. (הקיפו את שם המקום)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ישראל (נמל חיפה)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אפריקה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אוסטרליה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ד. הודו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ה. וייטנאם (הו צ׳י מין סיטי)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🔑 האות שקיבלתי בתחנה: ☐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2. 🧵 המטווייה – וייטנאם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2. בישראל השעה 8:00 בבוקר. וייטנאם מקדימה את ישראל ב-5 שעות. מה השעה בווייטנאם?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דרך החישוב: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תשובה: ______________ שעה בווייטנאם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🔑 האות שקיבלתי בתחנה: ☐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3. 🪡 מפעל התפירה – וייטנאם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E5D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פריט</w:t>
            </w:r>
          </w:p>
        </w:tc>
        <w:tc>
          <w:tcPr>
            <w:tcW w:type="dxa" w:w="5213"/>
            <w:shd w:val="clear" w:fill="E5D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₪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חנות ומכירה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50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מותג ושיווק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20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בד וחוטים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12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מפעל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8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הובלה ומכס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7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שכר העובדים שתופרים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</w:tr>
    </w:tbl>
    <w:p>
      <w:pPr>
        <w:bidi/>
        <w:jc w:val="right"/>
      </w:pP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3. חולצה עולה 100 ₪. כמה שקלים מקבלים העובדים שתופרים?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3 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50 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12 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🔑 האות שקיבלתי בתחנה: ☐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4. ⚓ הנמל והמכולה – נמל הו צ׳י מין סיטי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4. נתוני דוגמה: בכל קרטון יש 50 חולצות. במכולה יש 10 קרטונים. כמה חולצות יש במכולה?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דרך החישוב: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תשובה: ______________ חולצות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🔑 האות שקיבלתי בתחנה: ☐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5. 🌊 נתיבי השיט – ים סין הדרומי → מצר מלאכה → האוקיינוס ההודי → ים סוף → תעלת סואץ → הים התיכון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5. לחצו על המעבר הצר ליד סינגפור: מצר מלאכה. (הקיפו את שם המקום)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מצר מלאכה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תעלת סואץ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מצר גיברלטר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ד. תעלת פנמה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ה. ים סוף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🔑 האות שקיבלתי בתחנה: ☐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6. 📦 מרכז ההפצה – נמל חיפה → מרכז הפצה בישראל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6. סדרו את השלבים מהראשון עד האחרון. – מספרו את השלבים לפי הסדר (1 = ראשון):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E5D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מספר</w:t>
            </w:r>
          </w:p>
        </w:tc>
        <w:tc>
          <w:tcPr>
            <w:tcW w:type="dxa" w:w="5213"/>
            <w:shd w:val="clear" w:fill="E5D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השלב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( )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שליח מביא את החבילה הביתה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( )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עובדת אורזת את החולצה בחבילה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( )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משאית לוקחת את המכולה למחסן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( )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האונייה מגיעה לנמל חיפה</w:t>
            </w:r>
          </w:p>
        </w:tc>
      </w:tr>
    </w:tbl>
    <w:p>
      <w:pPr>
        <w:bidi/>
        <w:jc w:val="right"/>
      </w:pP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🔑 האות שקיבלתי בתחנה: ☐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7. 🛍️ הקנייה – ישראל – חנות / קנייה ברשת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7. מיינו: מה זה צרכנות נבונה, ומה זה אופנה מהירה? – סמנו ✓ בעמודה הנכונה: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E5D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פריט</w:t>
            </w:r>
          </w:p>
        </w:tc>
        <w:tc>
          <w:tcPr>
            <w:tcW w:type="dxa" w:w="3475"/>
            <w:shd w:val="clear" w:fill="E5D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צרכנות נבונה</w:t>
            </w:r>
          </w:p>
        </w:tc>
        <w:tc>
          <w:tcPr>
            <w:tcW w:type="dxa" w:w="3475"/>
            <w:shd w:val="clear" w:fill="E5D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אופנה מהירה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אני זורקת בגד אחרי פעם אחת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☐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☐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אני קונה רק מה שאני צריכה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☐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☐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אני קונה רק כי זה זול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☐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☐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אני קונה חולצה חדשה כל שבוע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☐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☐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אני מתקנת חולצה קרועה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☐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☐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אני לובשת בגד הרבה פעמים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☐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☐</w:t>
            </w:r>
          </w:p>
        </w:tc>
      </w:tr>
    </w:tbl>
    <w:p>
      <w:pPr>
        <w:bidi/>
        <w:jc w:val="right"/>
      </w:pP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🔑 האות שקיבלתי בתחנה: ☐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8. ♻️ שימוש ומחזור – הבית, פח המחזור, חנות יד שנייה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8. התאימו כל מילה להסבר שלה. – כתבו ליד כל מושג את האות של ההסבר: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E5D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מושג</w:t>
            </w:r>
          </w:p>
        </w:tc>
        <w:tc>
          <w:tcPr>
            <w:tcW w:type="dxa" w:w="2606"/>
            <w:shd w:val="clear" w:fill="E5D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אות</w:t>
            </w:r>
          </w:p>
        </w:tc>
        <w:tc>
          <w:tcPr>
            <w:tcW w:type="dxa" w:w="2606"/>
            <w:shd w:val="clear" w:fill="E5D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  <w:tc>
          <w:tcPr>
            <w:tcW w:type="dxa" w:w="2606"/>
            <w:shd w:val="clear" w:fill="E5D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הסבר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מחזור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דבר שפוגע באוויר, במים ובאדמה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יד שנייה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עושים מבגד ישן משהו חדש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תיקון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אדם שקונה ומשתמש במוצרים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זיהום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תופרים חור קטן בבגד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צרכן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בגד שמישהו כבר לבש</w:t>
            </w:r>
          </w:p>
        </w:tc>
      </w:tr>
    </w:tbl>
    <w:p>
      <w:pPr>
        <w:bidi/>
        <w:jc w:val="right"/>
      </w:pP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🔑 האות שקיבלתי בתחנה: ☐</w:t>
      </w:r>
    </w:p>
    <w:p>
      <w:r>
        <w:br w:type="page"/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4B2BA8"/>
          <w:sz w:val="40"/>
          <w:rtl/>
          <w:szCs w:val="40"/>
          <w:bCs/>
        </w:rPr>
        <w:t>חלק ב׳ – מושגים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כתבו במילים שלכם מה פירוש כל מושג.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E5D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מושג</w:t>
            </w:r>
          </w:p>
        </w:tc>
        <w:tc>
          <w:tcPr>
            <w:tcW w:type="dxa" w:w="5213"/>
            <w:shd w:val="clear" w:fill="E5D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ההסבר שלי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גלובליזציה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 xml:space="preserve">                                        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כפר עולמי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 xml:space="preserve">                                        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חומר גלם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 xml:space="preserve">                                        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יתרון יחסי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 xml:space="preserve">                                        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מיקור חוץ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 xml:space="preserve">                                        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מכולה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 xml:space="preserve">                                        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נמל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 xml:space="preserve">                                        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שרשרת אספקה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 xml:space="preserve">                                        </w:t>
            </w:r>
          </w:p>
        </w:tc>
      </w:tr>
    </w:tbl>
    <w:p>
      <w:pPr>
        <w:bidi/>
        <w:jc w:val="right"/>
      </w:pP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מילון: עברית · English · Русский · العربية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E5D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עברית</w:t>
            </w:r>
          </w:p>
        </w:tc>
        <w:tc>
          <w:tcPr>
            <w:tcW w:type="dxa" w:w="2606"/>
            <w:shd w:val="clear" w:fill="E5D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English</w:t>
            </w:r>
          </w:p>
        </w:tc>
        <w:tc>
          <w:tcPr>
            <w:tcW w:type="dxa" w:w="2606"/>
            <w:shd w:val="clear" w:fill="E5D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Русский</w:t>
            </w:r>
          </w:p>
        </w:tc>
        <w:tc>
          <w:tcPr>
            <w:tcW w:type="dxa" w:w="2606"/>
            <w:shd w:val="clear" w:fill="E5D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العربية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גלובליזציה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globalization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глобализация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العولمة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כפר עולמי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global village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глобальная деревня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القرية العالمية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כותנה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cotton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хлопок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قطن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חומר גלם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raw material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сырьё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مادة خام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חוט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thread, yarn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нить, пряжа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خيط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בד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fabric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ткань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قماش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מפעל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factory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фабрика, завод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مصنع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עובד / עובדת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worker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работник / работница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عامل / عاملة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שכר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wage, salary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зарплата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أجر، راتب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מחיר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price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цена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سعر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נמל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port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порт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ميناء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מכולה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shipping container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контейнер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حاوية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אונייה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ship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корабль, судно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سفينة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אוקיינוס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ocean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океан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محيط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תעלה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canal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канал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قناة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מצר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strait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пролив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مضيق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מפה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map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карта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خريطة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יבשת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continent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континент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قارة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אזור זמן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time zone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часовой пояс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منطقة زمنية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משאית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truck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грузовик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شاحنة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מחסן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warehouse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склад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مستودع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משלוח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delivery, shipment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доставка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شحنة، توصيل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שרשרת אספקה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supply chain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цепочка поставок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سلسلة التوريد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חנות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shop, store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магазин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متجر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צרכן / צרכנית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consumer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потребитель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مستهلك / مستهلكة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קנייה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purchase, shopping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покупка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شراء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סחר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trade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торговля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تجارة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ייצור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production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производство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إنتاج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יבוא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import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импорт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استيراد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יצוא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export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экспорт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تصدير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אופנה מהירה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fast fashion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быстрая мода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الموضة السريعة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מחזור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recycling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переработка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إعادة التدوير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יד שנייה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second-hand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подержанный, секонд-хенд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مستعمل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סביבה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environment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окружающая среда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البيئة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זיהום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pollution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загрязнение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تلوث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טביעת רגל פחמנית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carbon footprint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углеродный след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البصمة الكربونية</w:t>
            </w:r>
          </w:p>
        </w:tc>
      </w:tr>
    </w:tbl>
    <w:p>
      <w:pPr>
        <w:bidi/>
        <w:jc w:val="right"/>
      </w:pPr>
    </w:p>
    <w:p>
      <w:r>
        <w:br w:type="page"/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4B2BA8"/>
          <w:sz w:val="40"/>
          <w:rtl/>
          <w:szCs w:val="40"/>
          <w:bCs/>
        </w:rPr>
        <w:t>חלק ג׳ – דילמה, קוד ורפלקציה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6A3FD4"/>
          <w:sz w:val="32"/>
          <w:rtl/>
          <w:szCs w:val="32"/>
          <w:bCs/>
        </w:rPr>
        <w:t>⚖️ בגדים מכל העולם – טוב או לא טוב?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E5D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🅰️ טוב: יש עבודה ובגדים זולים</w:t>
            </w:r>
          </w:p>
        </w:tc>
        <w:tc>
          <w:tcPr>
            <w:tcW w:type="dxa" w:w="5213"/>
            <w:shd w:val="clear" w:fill="E5D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🅱️ לא טוב: יש זיהום ופסולת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יש הרבה עבודה במדינות מתפתחות.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אוניות ומטוסים מזהמים את האוויר.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בגדים זולים טובים להרבה משפחות.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הכותנה צריכה הרבה מים.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כל מדינה עושה מה שהיא עושה טוב.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קונים הרבה וזורקים הרבה.</w:t>
            </w:r>
          </w:p>
        </w:tc>
      </w:tr>
    </w:tbl>
    <w:p>
      <w:pPr>
        <w:bidi/>
        <w:jc w:val="right"/>
      </w:pP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הבחירה שלי: ☐ 🅰️   ☐ 🅱️   ונימוק: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6A3FD4"/>
          <w:sz w:val="32"/>
          <w:rtl/>
          <w:szCs w:val="32"/>
          <w:bCs/>
        </w:rPr>
        <w:t>🚪 הקוד הסופי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האותיות שאספתי: ___ ___ ___ ___ ___ ___ ___ 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הקוד (3 + 5 אותיות): ____ ____ ____    ____ ____ ____ ____ ____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6A3FD4"/>
          <w:sz w:val="32"/>
          <w:rtl/>
          <w:szCs w:val="32"/>
          <w:bCs/>
        </w:rPr>
        <w:t>🪞 רפלקציה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מה הפתיע אתכם במסע של החולצה?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2. מאיפה הבגד שלכם? בדקו את התווית.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3. מה אתם יכולים לעשות עם בגד ישן?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p>
      <w:pPr>
        <w:bidi/>
        <w:jc w:val="right"/>
      </w:pPr>
      <w:r>
        <w:rPr>
          <w:rFonts w:ascii="Arial" w:hAnsi="Arial" w:cs="Arial"/>
          <w:b/>
          <w:sz w:val="26"/>
          <w:rtl/>
          <w:szCs w:val="26"/>
          <w:bCs/>
        </w:rPr>
        <w:t>🎟️ כרטיס יציאה – שם: 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גלובליזציה היא...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2. חוליה אחת בשרשרת האספקה של החולצה ומקומה במפה: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3. צעד אחד שלי כצרכן/ית גלובלי/ת נבון/ה: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2.jpg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דרכון המסע הגלובלי – רמה עולים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